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המשרד שלהם הוא שולחן המטבח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ט׳ · עתיד ובחירות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בנו גל ושירה? · </w:t>
      </w:r>
      <w:r>
        <w:rPr>
          <w:rFonts w:ascii="Arial" w:hAnsi="Arial" w:cs="Arial"/>
          <w:b w:val="0"/>
          <w:sz w:val="17"/>
          <w:rtl w:val="1"/>
          <w:szCs w:val="17"/>
        </w:rPr>
        <w:t>מתקן חכם לאופניים.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מה זה יזם? · </w:t>
      </w:r>
      <w:r>
        <w:rPr>
          <w:rFonts w:ascii="Arial" w:hAnsi="Arial" w:cs="Arial"/>
          <w:b w:val="0"/>
          <w:sz w:val="17"/>
          <w:rtl w:val="1"/>
          <w:szCs w:val="17"/>
        </w:rPr>
        <w:t>מי שרואה בעיה ומנסה לפתור אותה.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מאיה מוכרת? · </w:t>
      </w:r>
      <w:r>
        <w:rPr>
          <w:rFonts w:ascii="Arial" w:hAnsi="Arial" w:cs="Arial"/>
          <w:b w:val="0"/>
          <w:sz w:val="17"/>
          <w:rtl w:val="1"/>
          <w:szCs w:val="17"/>
        </w:rPr>
        <w:t>עוגיות.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עשה עידו כשלא הצליח? · </w:t>
      </w:r>
      <w:r>
        <w:rPr>
          <w:rFonts w:ascii="Arial" w:hAnsi="Arial" w:cs="Arial"/>
          <w:b w:val="0"/>
          <w:sz w:val="17"/>
          <w:rtl w:val="1"/>
          <w:szCs w:val="17"/>
        </w:rPr>
        <w:t>שאל מה צריכים ושינה את הרעיון.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חשוב לשמור? · </w:t>
      </w:r>
      <w:r>
        <w:rPr>
          <w:rFonts w:ascii="Arial" w:hAnsi="Arial" w:cs="Arial"/>
          <w:b w:val="0"/>
          <w:sz w:val="17"/>
          <w:rtl w:val="1"/>
          <w:szCs w:val="17"/>
        </w:rPr>
        <w:t>איזון: לימודים, שינה וחברים.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איזו בעיה רצו גל ושירה לפתור? · </w:t>
      </w:r>
      <w:r>
        <w:rPr>
          <w:rFonts w:ascii="Arial" w:hAnsi="Arial" w:cs="Arial"/>
          <w:b w:val="0"/>
          <w:sz w:val="17"/>
          <w:rtl w:val="1"/>
          <w:szCs w:val="17"/>
        </w:rPr>
        <w:t>ב. בלגן של אופניים בכניסה לבית הספר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 היה הקושי האמיתי של מאיה? · </w:t>
      </w:r>
      <w:r>
        <w:rPr>
          <w:rFonts w:ascii="Arial" w:hAnsi="Arial" w:cs="Arial"/>
          <w:b w:val="0"/>
          <w:sz w:val="17"/>
          <w:rtl w:val="1"/>
          <w:szCs w:val="17"/>
        </w:rPr>
        <w:t>ב. לקבוע מחיר ולחשב עלויות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 עשה עידו כשהמיזם לא הצליח? · </w:t>
      </w:r>
      <w:r>
        <w:rPr>
          <w:rFonts w:ascii="Arial" w:hAnsi="Arial" w:cs="Arial"/>
          <w:b w:val="0"/>
          <w:sz w:val="17"/>
          <w:rtl w:val="1"/>
          <w:szCs w:val="17"/>
        </w:rPr>
        <w:t>ב. שאל את התלמידים מה הם צריכים ושינה את הרעיון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טוען המדריך על לימודים, שינה וחברים? · </w:t>
      </w:r>
      <w:r>
        <w:rPr>
          <w:rFonts w:ascii="Arial" w:hAnsi="Arial" w:cs="Arial"/>
          <w:b w:val="0"/>
          <w:sz w:val="17"/>
          <w:rtl w:val="1"/>
          <w:szCs w:val="17"/>
        </w:rPr>
        <w:t>ב. שהם הבסיס של יזמות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שבתי ספר צריכים ללמד יזמות כמקצוע חובה, ויש הטוענים שבגיל 14–15 עדיף להתמקד בלימודים ובחברים. באיזו עמדה אתם תומכים? נמקו, והסתמכו על פרט אחד לפחות מן הכתבה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(מה למדו שלושת היזמים; האפייה עד אחת בלילה; ״הבסיס של יזמות״).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💡 המשרד שלהם הוא שולחן המטבח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יזם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 שמתחיל מיזם או עסק חדש מתוך רעיון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מיזם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פרויקט שמישהו מקים כדי להגשים רעיון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דגם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גרסה קטנה או ראשונית של מוצר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עלות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 כסף עולה לייצר משהו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רווח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הכסף שנשאר אחרי שמורידים את ההוצאות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איזון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מצב שבו כל דבר מקבל את המקום הנכון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שקיפות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כשהכול גלוי וברור לכולם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💡 המשרד שלהם הוא שולחן המטבח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גל ושירה, תלמידי ט׳, ראו בעיה: האופניים בכניסה לבית הספר מבולגנים. הם בנו מתקן חכם. היום המתקן עומד בחצר.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יזם הוא מי שרואה בעיה ומנסה לפתור אותה. צריך סקרנות, אומץ וסבלנות.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מאיה, בת 15, אופה עוגיות למכירה. היא למדה לחשב עלות ורווח.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עידו ניסה מיזם של שיעורים, ובהתחלה לא הצליח. הוא שאל מה התלמידים צריכים – ושינה את הרעיון.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חשוב לשמור על איזון: לימודים, שינה וחברים. כישלון הוא מידע. מתחילים בקטן ומתקנים בדרך.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בנו גל ושירה?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זה 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מאיה מוכרת?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עשה עידו כשלא הצליח?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חשוב לשמור?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איזו בעיה רצו גל ושירה לפתור?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רעש בהפסקות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בלגן של אופניים בכניסה לבית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מחסור בספרים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תורים בקפיטריה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היה הקושי האמיתי של מאיה?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לאפות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לקבוע מחיר ולחשב עלויות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למצוא לקוחות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לעצב עוגיות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עשה עידו כשהמיזם לא הצליח?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ויתר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שאל את התלמידים מה הם צריכים ושינה את הרעיון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הוריד מחירים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פרסם יותר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טוען המדריך על לימודים, שינה וחברים?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שהם מכשול ליזמות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שהם הבסיס של יזמות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שאפשר לוותר עליהם לזמן קצר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שהם לא קשורים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שבתי ספר צריכים ללמד יזמות כמקצוע חובה, ויש הטוענים שבגיל 14–15 עדיף להתמקד בלימודים ובחברים. באיזו עמדה אתם תומכים? נמקו, והסתמכו על פרט אחד לפחות מן הכתבה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המשרד שלהם הוא שולחן המטבח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המשרד שלהם הוא שולחן המטבח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